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appliquée aux industries du vide et de l'électronique. T1, technique du vide, l'électron libre, l'électron producteur de lumière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Boutry, Georges/ </w:t>
            </w:r>
          </w:p>
        </w:tc>
      </w:tr>
      <w:tr>
        <w:trPr>
          <w:trHeight w:val="567"/>
        </w:trPr>
        <w:tc>
          <w:tcPr>
            <w:tcW w:type="dxa" w:w="3000"/>
          </w:tcPr>
          <w:p>
            <w:r>
              <w:t>Adresse bib.</w:t>
            </w:r>
          </w:p>
        </w:tc>
        <w:tc>
          <w:tcPr>
            <w:tcW w:type="dxa" w:w="7000"/>
          </w:tcPr>
          <w:p>
            <w:r>
              <w:t xml:space="preserve">MASSON &amp; CIE/ </w:t>
            </w:r>
          </w:p>
        </w:tc>
      </w:tr>
      <w:tr>
        <w:trPr>
          <w:trHeight w:val="567"/>
        </w:trPr>
        <w:tc>
          <w:tcPr>
            <w:tcW w:type="dxa" w:w="3000"/>
          </w:tcPr>
          <w:p>
            <w:r>
              <w:t>Nombre de Pages</w:t>
            </w:r>
          </w:p>
        </w:tc>
        <w:tc>
          <w:tcPr>
            <w:tcW w:type="dxa" w:w="7000"/>
          </w:tcPr>
          <w:p>
            <w:r>
              <w:t>388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du Conservatoire national des arts et métiers(N°:None)</w:t>
            </w:r>
          </w:p>
        </w:tc>
      </w:tr>
      <w:tr>
        <w:trPr>
          <w:trHeight w:val="567"/>
        </w:trPr>
        <w:tc>
          <w:tcPr>
            <w:tcW w:type="dxa" w:w="3000"/>
          </w:tcPr>
          <w:p>
            <w:r>
              <w:t>Notes Générales</w:t>
            </w:r>
          </w:p>
        </w:tc>
        <w:tc>
          <w:tcPr>
            <w:tcW w:type="dxa" w:w="7000"/>
          </w:tcPr>
          <w:p>
            <w:r>
              <w:t>Bibliogr. Index p.p. 377-383</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électron libre/ physique appliquée/ </w:t>
            </w:r>
          </w:p>
        </w:tc>
      </w:tr>
    </w:tbl>
    <w:p>
      <w:pPr>
        <w:pStyle w:val="Heading3"/>
      </w:pPr>
      <w:r>
        <w:t>Résumé :</w:t>
      </w:r>
    </w:p>
    <w:p>
      <w:r>
        <w:t>Cet ouvrage présente les bases de la physique appliquée nécessaires aux industries du vide et de l’électronique, en abordant les techniques du vide, le comportement de l’électron libre et les mécanismes par lesquels l’électron permet la production de lumière dans les dispositifs électroniques et optoélectroniques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