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Virus et sida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sida/ verus/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rendre compréhensibles les virus en général et le VIH/SIDA en particulier, en s’appuyant sur des bases scientifiques solides mais expliquées avec un langage simple, pédagogique et progressif. Il vise à lutter contre les idées reçues, la peur et la stigmatisation, tout en transmettant une information fiable.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