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Génétique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Bernard, Jean-Jacques/ Fumat, S./ Bernard, J.J./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Hachette éducation/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Synapses(N°:None)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2010180429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Génétique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génétique moléculaire/ </w:t>
            </w:r>
          </w:p>
        </w:tc>
      </w:tr>
    </w:tbl>
    <w:p>
      <w:pPr>
        <w:pStyle w:val="Heading3"/>
      </w:pPr>
      <w:r>
        <w:t>Résumé :</w:t>
      </w:r>
    </w:p>
    <w:p>
      <w:r>
        <w:t>énétique : Les premières bases est un manuel d’introduction à la génétique qui présente les concepts fondamentaux de cette discipline scientifique. L’ouvrage fait partie de la collection Synapses et couvre les notions essentielles à comprendre pour aborder la génétique classique et moléculaire.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