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cartes et aux coupes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Sorel, Denis/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2010</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Numéro d'Identification</w:t>
            </w:r>
          </w:p>
        </w:tc>
        <w:tc>
          <w:tcPr>
            <w:tcW w:type="dxa" w:w="7000"/>
          </w:tcPr>
          <w:p>
            <w:r>
              <w:t>9782100546459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bl>
    <w:p>
      <w:pPr>
        <w:pStyle w:val="Heading3"/>
      </w:pPr>
      <w:r>
        <w:t>Résumé :</w:t>
      </w:r>
    </w:p>
    <w:p>
      <w:r>
        <w:t>La carte géologique est le document indispensable que tout géologue doit savoir utiliser. En effet, apprendre à lire une carte géologique permet de réaliser un document la coupe géologique, qui est une visualisation de la disposition des terrains et de leurs structures en profondeur. Dans cet ouvrage, le lecteur trouvera les bases pour lire une carte géologique. Cette initiation à la reconnaissance des structures géologiques est mise en œuvre à l'aide de schémas et d'exemples simples. Mais la particularité la plus importante de cet ouvrage est apportée par les 19 extraits de cartes géologiques en couleurs qui ont été choisis pour illustrer des structures typiques (failles, plis, chevauchements, chronologie…) dans différents types de terrains. Chaque extrait est accompagné d'une coupe géologique réalisée et interprétée d'après les seules données de la carte. Pour cette nouvelle édition, un soin tout particulier a été apportée à la qualité graphique des cartes. Deux chapitres sur la télédétection et sur le commentaire de carte ainsi que trois nouveaux extraits de cartes géologiques ont été ajoutés.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