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Pneumologie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Linck, Pierre-Antoine/ Mirouse, Adrien/ </w:t>
            </w:r>
          </w:p>
        </w:tc>
      </w:tr>
      <w:tr>
        <w:trPr>
          <w:trHeight w:val="567"/>
        </w:trPr>
        <w:tc>
          <w:tcPr>
            <w:tcW w:type="dxa" w:w="3000"/>
          </w:tcPr>
          <w:p>
            <w:r>
              <w:t>Adresse bib.</w:t>
            </w:r>
          </w:p>
        </w:tc>
        <w:tc>
          <w:tcPr>
            <w:tcW w:type="dxa" w:w="7000"/>
          </w:tcPr>
          <w:p>
            <w:r>
              <w:t xml:space="preserve">S-éditions/ </w:t>
            </w:r>
          </w:p>
        </w:tc>
      </w:tr>
      <w:tr>
        <w:trPr>
          <w:trHeight w:val="567"/>
        </w:trPr>
        <w:tc>
          <w:tcPr>
            <w:tcW w:type="dxa" w:w="3000"/>
          </w:tcPr>
          <w:p>
            <w:r>
              <w:t>Nombre de Pages</w:t>
            </w:r>
          </w:p>
        </w:tc>
        <w:tc>
          <w:tcPr>
            <w:tcW w:type="dxa" w:w="7000"/>
          </w:tcPr>
          <w:p>
            <w:r>
              <w:t>108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120 questions isolées + fiches de synthèse(N°:None)</w:t>
            </w:r>
          </w:p>
        </w:tc>
      </w:tr>
      <w:tr>
        <w:trPr>
          <w:trHeight w:val="567"/>
        </w:trPr>
        <w:tc>
          <w:tcPr>
            <w:tcW w:type="dxa" w:w="3000"/>
          </w:tcPr>
          <w:p>
            <w:r>
              <w:t>Numéro d'Identification</w:t>
            </w:r>
          </w:p>
        </w:tc>
        <w:tc>
          <w:tcPr>
            <w:tcW w:type="dxa" w:w="7000"/>
          </w:tcPr>
          <w:p>
            <w:r>
              <w:t>9782356401397</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pneumologie/ </w:t>
            </w:r>
          </w:p>
        </w:tc>
      </w:tr>
    </w:tbl>
    <w:p>
      <w:pPr>
        <w:pStyle w:val="Heading3"/>
      </w:pPr>
      <w:r>
        <w:t>Résumé :</w:t>
      </w:r>
    </w:p>
    <w:p>
      <w:r>
        <w:t>L'ouvrage présente dans la cadre du nouveau programme de l'iECN et pour chaque spécialité médicale 120 QCM clés avec corrections et commentaires ainsi qu'une fiche de synthèse pour chacun des items du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