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power system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Mehta, V.K./ </w:t>
            </w:r>
          </w:p>
        </w:tc>
      </w:tr>
      <w:tr>
        <w:trPr>
          <w:trHeight w:val="567"/>
        </w:trPr>
        <w:tc>
          <w:tcPr>
            <w:tcW w:type="dxa" w:w="3000"/>
          </w:tcPr>
          <w:p>
            <w:r>
              <w:t>Adresse bib.</w:t>
            </w:r>
          </w:p>
        </w:tc>
        <w:tc>
          <w:tcPr>
            <w:tcW w:type="dxa" w:w="7000"/>
          </w:tcPr>
          <w:p>
            <w:r>
              <w:t xml:space="preserve">S. Cand and Company LTD/ </w:t>
            </w:r>
          </w:p>
        </w:tc>
      </w:tr>
      <w:tr>
        <w:trPr>
          <w:trHeight w:val="567"/>
        </w:trPr>
        <w:tc>
          <w:tcPr>
            <w:tcW w:type="dxa" w:w="3000"/>
          </w:tcPr>
          <w:p>
            <w:r>
              <w:t>Nombre de Pages</w:t>
            </w:r>
          </w:p>
        </w:tc>
        <w:tc>
          <w:tcPr>
            <w:tcW w:type="dxa" w:w="7000"/>
          </w:tcPr>
          <w:p>
            <w:r>
              <w:t>608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illustrative edition(N°:None)</w:t>
            </w:r>
          </w:p>
        </w:tc>
      </w:tr>
      <w:tr>
        <w:trPr>
          <w:trHeight w:val="567"/>
        </w:trPr>
        <w:tc>
          <w:tcPr>
            <w:tcW w:type="dxa" w:w="3000"/>
          </w:tcPr>
          <w:p>
            <w:r>
              <w:t>Notes Générales</w:t>
            </w:r>
          </w:p>
        </w:tc>
        <w:tc>
          <w:tcPr>
            <w:tcW w:type="dxa" w:w="7000"/>
          </w:tcPr>
          <w:p>
            <w:r>
              <w:t>Index p.p. 605-608</w:t>
            </w:r>
          </w:p>
        </w:tc>
      </w:tr>
      <w:tr>
        <w:trPr>
          <w:trHeight w:val="567"/>
        </w:trPr>
        <w:tc>
          <w:tcPr>
            <w:tcW w:type="dxa" w:w="3000"/>
          </w:tcPr>
          <w:p>
            <w:r>
              <w:t>Numéro d'Identification</w:t>
            </w:r>
          </w:p>
        </w:tc>
        <w:tc>
          <w:tcPr>
            <w:tcW w:type="dxa" w:w="7000"/>
          </w:tcPr>
          <w:p>
            <w:r>
              <w:t>8121924960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system/ including generation/ </w:t>
            </w:r>
          </w:p>
        </w:tc>
      </w:tr>
    </w:tbl>
    <w:p>
      <w:pPr>
        <w:pStyle w:val="Heading3"/>
      </w:pPr>
      <w:r>
        <w:t>Résumé :</w:t>
      </w:r>
    </w:p>
    <w:p>
      <w:r>
        <w:t>This book clearly and systematically presents the fundamental principles of electric power systems, covering electricity generation, transmission and distribution, as well as switching, control equipment, and protection devices that ensure the safety and reliability of the network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