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Géophysique et géologie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Lliboutry, Louis/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xiv-462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2225829225</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tectonique/ géodynamique/ </w:t>
            </w:r>
          </w:p>
        </w:tc>
      </w:tr>
    </w:tbl>
    <w:p>
      <w:pPr>
        <w:pStyle w:val="Heading3"/>
      </w:pPr>
      <w:r>
        <w:t>Résumé :</w:t>
      </w:r>
    </w:p>
    <w:p>
      <w:r>
        <w:t>La géologie et la géophysique sont deux disciplines enseignées de manière distincte mais dont la complémentarité mérite d'être mise à profit, permettant ainsi une compréhension profonde des phénomènes étudiés. L'auteur nous propose une synthèse entre géologie structurale et géophysique, construite sur les faits les mieux établis et incontournables et constituant ainsi un véritable ouvrage de référence dans le domaine des sciences de la Terre. Ce livre s'adresse aux étudiants de second cycle en sciences de la Terre: géologie, géophysique, géosciences, ainsi qu'aux élèves ingénieurs et aux candidats au Capes et à l'agrégation en sciences de la vie et de la Terre. Les étudiants plus avancés (3e cycle), les chercheurs et enseignants de ces disciplines trouveront une synthèse particulièrement réussie entre géologie structurale et géophysique.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