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quantitative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Roche, Pierre-Alain/ Miquel, Jacques/ Gaume, Eric/ Marsily, Ghislain de/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XXVII-590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Ingénierie et développement durable(N°:None)</w:t>
            </w:r>
          </w:p>
        </w:tc>
      </w:tr>
      <w:tr>
        <w:trPr>
          <w:trHeight w:val="567"/>
        </w:trPr>
        <w:tc>
          <w:tcPr>
            <w:tcW w:type="dxa" w:w="3000"/>
          </w:tcPr>
          <w:p>
            <w:r>
              <w:t>Notes Générales</w:t>
            </w:r>
          </w:p>
        </w:tc>
        <w:tc>
          <w:tcPr>
            <w:tcW w:type="dxa" w:w="7000"/>
          </w:tcPr>
          <w:p>
            <w:r>
              <w:t>Bibliogr. p.p. 551-582. Index</w:t>
            </w:r>
          </w:p>
        </w:tc>
      </w:tr>
      <w:tr>
        <w:trPr>
          <w:trHeight w:val="567"/>
        </w:trPr>
        <w:tc>
          <w:tcPr>
            <w:tcW w:type="dxa" w:w="3000"/>
          </w:tcPr>
          <w:p>
            <w:r>
              <w:t>Numéro d'Identification</w:t>
            </w:r>
          </w:p>
        </w:tc>
        <w:tc>
          <w:tcPr>
            <w:tcW w:type="dxa" w:w="7000"/>
          </w:tcPr>
          <w:p>
            <w:r>
              <w:t>9782817801056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w:t>
            </w:r>
          </w:p>
        </w:tc>
      </w:tr>
    </w:tbl>
    <w:p>
      <w:pPr>
        <w:pStyle w:val="Heading3"/>
      </w:pPr>
      <w:r>
        <w:t>Résumé :</w:t>
      </w:r>
    </w:p>
    <w:p>
      <w:r>
        <w:t>fournir un ensemble d'outils opérationnels utiles à l'ingénieur et au décideur, pour évaluer les ressources en eau et les risques associés (crue, sécheresse), …</w:t>
        <w:br/>
        <w:br/>
        <w:t>L'hydrologie, science du cycle continental de l'eau, est avant tout l'observation d'un milieu naturel complexe. Par une approche quantifiée elle a l'ambition de fournir un ensemble d'outils opérationnels utiles à l'ingénieur et au décideur, pour évaluer les ressources en eau et les risques associés (crue, sécheresse), anticiper grâce à la prévision en temps réel des événements dommageables et gérer au mieux les réserves hydrauliques.</w:t>
        <w:br/>
        <w:br/>
        <w:t>Le texte principal est un fil conducteur qui propose une vision intégrée des phénomènes, des modèles et de leurs applications, en mettant l'action sur la compréhension de leurs conditions d'emploi et la confrontation de ces outils aux réalités de terrain. On y insiste en particulier sur des développements récents, comme la non-stationnarité des phénomènes. Il est complété par des annexes sur DVD qui approfondissent les méthodes, les illustrent par des exemples opérationnels présentés par les professionnels qui les ont mis en oeuvre et proposent des outils permettant de s'entraîner et de tester ces méthodes.</w:t>
        <w:br/>
        <w:br/>
        <w:t>Ce DVD représente à lui seul l'équivalent d'un second ouvrage de 850 pages... Introduction méthodique à l'hydrologie quantitative à l'intention des étudiants, cet ouvrage s'adresse également aux professionnels expérimentés qui y trouveront un aperçu des développements scientifiques en cours et une très abondante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