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Structural design of mosques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Waked, Khalil Ibrahim/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Scientific Book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9772890355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mosque structural design/ structural Analysis/ </w:t>
            </w:r>
          </w:p>
        </w:tc>
      </w:tr>
    </w:tbl>
    <w:p>
      <w:pPr>
        <w:pStyle w:val="Heading3"/>
      </w:pPr>
      <w:r>
        <w:t>Résumé :</w:t>
      </w:r>
    </w:p>
    <w:p>
      <w:r>
        <w:t>Structural Design of Mosques by Khalil Ibrahim Waked is a technical engineering book that focuses on the structural design and engineering principles applied specifically to mosque buildings, with an emphasis on reinforced concrete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