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Balkanski, Minko/ Lallemand, Pierre/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Textes en anglais et en français. bibliogr. Index</w:t>
            </w:r>
          </w:p>
        </w:tc>
      </w:tr>
      <w:tr>
        <w:trPr>
          <w:trHeight w:val="567"/>
        </w:trPr>
        <w:tc>
          <w:tcPr>
            <w:tcW w:type="dxa" w:w="3000"/>
          </w:tcPr>
          <w:p>
            <w:r>
              <w:t>Numéro d'Identification</w:t>
            </w:r>
          </w:p>
        </w:tc>
        <w:tc>
          <w:tcPr>
            <w:tcW w:type="dxa" w:w="7000"/>
          </w:tcPr>
          <w:p>
            <w:r>
              <w:t>204005023x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photonics/ optical communication/ </w:t>
            </w:r>
          </w:p>
        </w:tc>
      </w:tr>
    </w:tbl>
    <w:p>
      <w:pPr>
        <w:pStyle w:val="Heading3"/>
      </w:pPr>
      <w:r>
        <w:t>Résumé :</w:t>
      </w:r>
    </w:p>
    <w:p>
      <w:r>
        <w:t>Photonics: Proceedings of the International Meeting of the Délégation générale à la recherche scientifique et technique, edited by Minko Balkanski and Pierre Lallemand in 1975, is a collection of scientific contributions from an international meeting held in Cadarache, France, in June 1974. The book presents early discussions on the emerging field of photonics, exploring the generation, manipulation, and detection of light for scientific and technological applications. It includes foundational perspectives on photonics as a distinct discipline, as well as research on optical phenomena, devices, and systems, including lasers, waveguides, optical modulation, and detection techniques. Serving as one of the early formal gatherings to consolidate photonics research, the proceedings highlight both theoretical insights and experimental approaches, offering a historical snapshot of the field’s development before it became widely established in science and industry.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