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Henry, Jean-Pierre/ Communay; Pierre-Henri/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9782100519286</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biodiversité/ Génétique de population/ </w:t>
            </w:r>
          </w:p>
        </w:tc>
      </w:tr>
    </w:tbl>
    <w:p>
      <w:pPr>
        <w:pStyle w:val="Heading3"/>
      </w:pPr>
      <w:r>
        <w:t>Résumé :</w:t>
      </w:r>
    </w:p>
    <w:p>
      <w:r>
        <w:t>La science qui étudie la génétique à l'échelle des populations, née dans les années 1920-1930, fait maintenant partie de la plupart des cursus de biologie et s'utilise dans le cadre de nombreuses activités industrielles. Ce manuel explore la génétique des populations et permet de consolider ses connaissances à l'aide d'exercices et de problèmes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