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Théorie des circuits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Baudoux, Pierre/ Beaufays, Oscar/ </w:t>
            </w:r>
          </w:p>
        </w:tc>
      </w:tr>
      <w:tr>
        <w:trPr>
          <w:trHeight w:val="567"/>
        </w:trPr>
        <w:tc>
          <w:tcPr>
            <w:tcW w:type="dxa" w:w="3000"/>
          </w:tcPr>
          <w:p>
            <w:r>
              <w:t>Adresse bib.</w:t>
            </w:r>
          </w:p>
        </w:tc>
        <w:tc>
          <w:tcPr>
            <w:tcW w:type="dxa" w:w="7000"/>
          </w:tcPr>
          <w:p>
            <w:r>
              <w:t xml:space="preserve">Presses Académiques Européennes/ </w:t>
            </w:r>
          </w:p>
        </w:tc>
      </w:tr>
      <w:tr>
        <w:trPr>
          <w:trHeight w:val="567"/>
        </w:trPr>
        <w:tc>
          <w:tcPr>
            <w:tcW w:type="dxa" w:w="3000"/>
          </w:tcPr>
          <w:p>
            <w:r>
              <w:t>Nombre de Pages</w:t>
            </w:r>
          </w:p>
        </w:tc>
        <w:tc>
          <w:tcPr>
            <w:tcW w:type="dxa" w:w="7000"/>
          </w:tcPr>
          <w:p>
            <w:r>
              <w:t>466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théorie des circuits/ synthèse des dipôles/ </w:t>
            </w:r>
          </w:p>
        </w:tc>
      </w:tr>
    </w:tbl>
    <w:p>
      <w:pPr>
        <w:pStyle w:val="Heading3"/>
      </w:pPr>
      <w:r>
        <w:t>Résumé :</w:t>
      </w:r>
    </w:p>
    <w:p>
      <w:r>
        <w:t>Le livre Théorie des circuits de Pierre Baudoux (1968) est un ouvrage de référence en génie électrique qui présente de manière rigoureuse les bases théoriques de l’analyse des circuits électriques linéaires. Il s’appuie sur la théorie des graphes et les lois fondamentales de Kirchhoff pour établir les équations des réseaux électriques sous forme mathématique et matricielle. L’ouvrage développe ensuite les principaux théorèmes des circuits (Thévenin, Norton, superposition) et accorde une importance particulière à l’étude des quadripôles et de leurs paramètres, essentiels pour l’analyse et l’interconnexion de réseaux complexes. Il aborde également la propagation des signaux et la synthèse des réseaux électriques, en proposant des méthodes générales applicables à des systèmes réels. Destiné principalement aux étudiants avancés et aux ingénieurs, ce livre vise à fournir une compréhension approfondie et structurée des circuits électriques, alliant théorie mathématique et applications pratiques.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