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Utilisations et promesses de l'énergie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Vaillant, J. R./ Touchais, Maurice/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du B.C.E.O.M(N°:None)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l'énergie solaire/ l'énergie de rayonnement solaire/ </w:t>
            </w:r>
          </w:p>
        </w:tc>
      </w:tr>
    </w:tbl>
    <w:p>
      <w:pPr>
        <w:pStyle w:val="Heading3"/>
      </w:pPr>
      <w:r>
        <w:t>Résumé :</w:t>
      </w:r>
    </w:p>
    <w:p>
      <w:r>
        <w:t>Le livre Utilisations et promesses de l’énergie solaire de J. R. Vaillant (1978) propose une synthèse complète des connaissances et des techniques liées à l’exploitation de l’énergie solaire à la fin des années 1970. L’auteur y présente d’abord les principes physiques du rayonnement solaire et ses caractéristiques, puis décrit les différents moyens de captation et de conversion de cette énergie, notamment sous forme thermique et électrique. L’ouvrage analyse ensuite les applications concrètes de l’énergie solaire dans les domaines domestique, industriel et architectural, en mettant en évidence ses avantages, ses limites techniques et ses coûts économiques. Enfin, Vaillant souligne les perspectives de développement du solaire comme source d’énergie alternative face aux ressources fossiles, en insistant sur son potentiel à long terme pour répondre aux besoins énergétiques tout en réduisant l’impact sur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