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textbook of electrical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Rajput, R.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second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8170086094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electrical engineering/ measuring instruments/ </w:t>
            </w:r>
          </w:p>
        </w:tc>
      </w:tr>
    </w:tbl>
    <w:p>
      <w:pPr>
        <w:pStyle w:val="Heading3"/>
      </w:pPr>
      <w:r>
        <w:t>Résumé :</w:t>
      </w:r>
    </w:p>
    <w:p>
      <w:r>
        <w:t>A Textbook of Electrical Engineering by R. K. Rajput (2005) is a foundational undergraduate textbook designed in accordance with the syllabus of U.P. Technical University, Lucknow. The book presents the basic principles and applications of electrical engineering in a clear and systematic manner, covering essential topics such as AC circuit analysis, network theorems, three-phase systems, electrical measuring instruments, transformers, and rotating electrical machines. It emphasizes both theory and practice through well-explained concepts, illustrative diagrams, solved numerical examples, and examination-oriented questions with solutions. Overall, the book serves as a comprehensive learning and revision guide, helping students develop a strong understanding of electrical engineering fundamentals and prepare effectively for university examinations.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