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Communications analogiques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Ventre, Dominique/ Dessalles, Jean-Louis/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pédagogique de télécommunication(N°:None)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2729891617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analogiques/ télécommunications/ </w:t>
            </w:r>
          </w:p>
        </w:tc>
      </w:tr>
    </w:tbl>
    <w:p>
      <w:pPr>
        <w:pStyle w:val="Heading3"/>
      </w:pPr>
      <w:r>
        <w:t>Résumé :</w:t>
      </w:r>
    </w:p>
    <w:p>
      <w:r>
        <w:t>Cet ouvrage est consacré à l'étude des techniques utilisées pour la transmission d'informations analogiques. On parle de communication analogique quand l'information à transmettre est une grandeur physique concrète (par opposition à l'information numérique constituée d'une suite de symboles abstraits) ; il s'agit par exemple du signal électrique issu d'un microphone ou d'une caméra. Pour réaliser la transmission de ces signaux, on est conduit le plus souvent à utiliser une technique dite de « modulation ». Cet ouvrage étudie les modulations les plus répandues, en examine les propriétés et en compare les performances selon des critères utiles pour l'ingénieur. Cette étude est complétée par l'examen des propriétés du bruit. Un chapitre est par ailleurs consacré à l'étude du fonctionnement des analyseurs de spectres analogiques. S'agissant d'un ouvrage à vocation pédagogique, les auteurs ont cherché à illustrer leur propos par une série d'exercices dont les thèmes constituent, quand le sujet s'y prête, une application à des cas concrets, empruntés à la vie réelle, des principes généraux étudiés dans le corps du texte ; le dernier chapitre fournit pour chacun d'eux des corrigés détaillés et commentés.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