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Endocrinologie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Lamothe, Sophie/ Saïe, Clotilde/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p.-[XVII]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9782340009431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endocrinologie/ diabete/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dossiers au format officiel avec QRM ou QRU (15 questions par cas et 5 propositions par question)</w:t>
        <w:br/>
        <w:br/>
        <w:t>- Cas rédigés et validés par des spécialistes de la discipline (internes, chefs de cliniques et universitaires)</w:t>
        <w:br/>
        <w:br/>
        <w:t>- Toute l'icono indispensable dans l'ouvrage et à télécharger en couleur par flashcode</w:t>
        <w:br/>
        <w:br/>
        <w:t>- Commentaires et rappels de cours détaillés dans les réponses</w:t>
        <w:br/>
        <w:br/>
        <w:t>- Mention des dernières recommandations et conférences de consensus</w:t>
        <w:br/>
        <w:br/>
        <w:t>- Rappel des annales précédentes de l'ECN pour les sujets concernés</w:t>
        <w:br/>
        <w:br/>
        <w:t>- Barème iECN avec réponses inadmissibles et indispensablesrage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