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Rossignol,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2225495009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génétique/ </w:t>
            </w:r>
          </w:p>
        </w:tc>
      </w:tr>
    </w:tbl>
    <w:p>
      <w:pPr>
        <w:pStyle w:val="Heading3"/>
      </w:pPr>
      <w:r>
        <w:t>Résumé :</w:t>
      </w:r>
    </w:p>
    <w:p>
      <w:r>
        <w:t>Abrégé de génétique de Jean-Luc Rossignol est un manuel didactique qui présente les principes fondamentaux de la génétique en un format condensé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