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Tailleur, Yves Le/ Isnard, Jean-Marie/ </w:t>
            </w:r>
          </w:p>
        </w:tc>
      </w:tr>
      <w:tr>
        <w:trPr>
          <w:trHeight w:val="567"/>
        </w:trPr>
        <w:tc>
          <w:tcPr>
            <w:tcW w:type="dxa" w:w="3000"/>
          </w:tcPr>
          <w:p>
            <w:r>
              <w:t>Adresse bib.</w:t>
            </w:r>
          </w:p>
        </w:tc>
        <w:tc>
          <w:tcPr>
            <w:tcW w:type="dxa" w:w="7000"/>
          </w:tcPr>
          <w:p>
            <w:r>
              <w:t xml:space="preserve">CHIHAB-EYROLLES/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Construire sa maison(N°:None)</w:t>
            </w:r>
          </w:p>
        </w:tc>
      </w:tr>
      <w:tr>
        <w:trPr>
          <w:trHeight w:val="567"/>
        </w:trPr>
        <w:tc>
          <w:tcPr>
            <w:tcW w:type="dxa" w:w="3000"/>
          </w:tcPr>
          <w:p>
            <w:r>
              <w:t>Numéro d'Identification</w:t>
            </w:r>
          </w:p>
        </w:tc>
        <w:tc>
          <w:tcPr>
            <w:tcW w:type="dxa" w:w="7000"/>
          </w:tcPr>
          <w:p>
            <w:r>
              <w:t>9961631005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appareillage électrique/ </w:t>
            </w:r>
          </w:p>
        </w:tc>
      </w:tr>
    </w:tbl>
    <w:p>
      <w:pPr>
        <w:pStyle w:val="Heading3"/>
      </w:pPr>
      <w:r>
        <w:t>Résumé :</w:t>
      </w:r>
    </w:p>
    <w:p>
      <w:r>
        <w:t>Le livre d’Yves Le Tailleur offre un guide complet et pratique sur les installations électriques, destiné tant aux étudiants qu’aux professionnels. Il présente d’abord les notions fondamentales de l’électricité, telles que le courant, la tension, la résistance et la puissance, ainsi que les lois essentielles qui régissent les circuits électriques. L’ouvrage détaille ensuite la conception et la réalisation des installations domestiques et industrielles, en abordant le choix et le dimensionnement des câbles, l’organisation des circuits, et l’utilisation des différents appareillages tels que prises, interrupteurs, disjoncteurs et fusibles. Une attention particulière est portée à la sécurité, notamment à travers les techniques de mise à la terre, la protection contre les surtensions et les court-circuits, et le respect des normes électriques en vigueur. En combinant théorie, schémas pratiques et conseils techniques, ce manuel constitue une référence précieuse pour assurer des installations fiables, sécurisées et conformes aux standards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