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Mauclerc, Jean-Claude/ Uffredi, Michel/ Domenach, André/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Guides pratiques industriels(N°:None)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2011670381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guide pratique/ </w:t>
            </w:r>
          </w:p>
        </w:tc>
      </w:tr>
    </w:tbl>
    <w:p>
      <w:pPr>
        <w:pStyle w:val="Heading3"/>
      </w:pPr>
      <w:r>
        <w:t>Résumé :</w:t>
      </w:r>
    </w:p>
    <w:p>
      <w:r>
        <w:t>Cet ouvrage s'adresse à tous ceux, élèves de lycées professionnels, auditeurs de la formation continue, apprentis, qui doivent comprendre et résoudre les contraintes techniques rencontrées dans les systèmes de conversion de l'énergie électrique. Ce guide pratique expose simplement, et avec rigueur: les principales lois de l'électrotechnique; les normes et règlements applicables aux installations et équipements électriques les principales caractéristiques technologiques et dimensionnelles des composants électriques et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