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parasitologie et de pathologie tropicale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Bourée, Patrice/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2257104013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parasitologie/ pathologie tropicale/ </w:t>
            </w:r>
          </w:p>
        </w:tc>
      </w:tr>
    </w:tbl>
    <w:p>
      <w:pPr>
        <w:pStyle w:val="Heading3"/>
      </w:pPr>
      <w:r>
        <w:t>Résumé :</w:t>
      </w:r>
    </w:p>
    <w:p>
      <w:r>
        <w:t>L’ouvrage Aide-mémoire de parasitologie et de pathologie tropicale est un manuel synthétique destiné aux étudiants en médecine, pharmacie, sciences biologiques, ainsi qu’aux professionnels de santé confrontés aux maladies parasitaires et tropicales. Il a pour objectif de fournir une vision pratique, concise et opérationnelle des principales parasitoses humaines et pathologies infectieuses tropicales.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