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Bois et matériaux associés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Hazard, Claude/ Barette, Jean-Pierre/ Mayer,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2713516455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bois/ bois massif/ matériaux associés/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une banque de données technique et pratique sur le matériau bois, ses dérivés et les matériaux complémentaires utilisés dans la construction, l’agencement et l’ameublement.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