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Métastases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Blay, Jean-Yves/ Raymond,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AMGEN/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9782742012589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métastases/ cancer/ </w:t>
            </w:r>
          </w:p>
        </w:tc>
      </w:tr>
    </w:tbl>
    <w:p>
      <w:pPr>
        <w:pStyle w:val="Heading3"/>
      </w:pPr>
      <w:r>
        <w:t>Résumé :</w:t>
      </w:r>
    </w:p>
    <w:p>
      <w:r>
        <w:t>L’ouvrage Métastases est un manuel de référence consacré à la biologie, la physiopathologie et la prise en charge clinique des métastases cancéreuses. Il s’adresse aux oncologues, chercheurs, médecins, étudiants en médecine et professionnels de santé impliqués dans la cancérologie.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