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Bonnafous, Émile/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électriques/ dépannage électrique/ </w:t>
            </w:r>
          </w:p>
        </w:tc>
      </w:tr>
    </w:tbl>
    <w:p>
      <w:pPr>
        <w:pStyle w:val="Heading3"/>
      </w:pPr>
      <w:r>
        <w:t>Résumé :</w:t>
      </w:r>
    </w:p>
    <w:p>
      <w:r>
        <w:t>Le livre Moteurs électriques : technologie, installation, dépannage, rebobinage d’Émile Bonnafous (1974) est un ouvrage technique de référence consacré à l’étude complète des moteurs électriques, depuis leurs principes fondamentaux jusqu’à leur maintenance avancée. L’auteur commence par rappeler les bases indispensables de l’électrotechnique et de l’électromagnétisme afin de permettre au lecteur de comprendre le fonctionnement des machines électriques. Il décrit ensuite de manière claire les différents types de moteurs, notamment à courant continu et à courant alternatif, en expliquant comment l’énergie électrique est transformée en énergie mécanique. L’ouvrage aborde en détail la technologie des moteurs, en présentant leur construction, les rôles du stator et du rotor, les enroulements, les circuits magnétiques et les matériaux utilisés. Une large place est accordée aux aspects pratiques, comme l’installation correcte des moteurs, les règles de sécurité, les dispositifs de protection et les opérations d’entretien courant. Bonnafous propose également des méthodes de dépannage systématiques permettant d’identifier les pannes électriques ou mécaniques et d’y remédier efficacement. Enfin, le livre traite de façon approfondie le rebobinage des moteurs électriques, en décrivant les techniques de démontage, de remplacement des enroulements, d’isolation et de contrôle après réparation. Par son approche à la fois théorique et pratique, cet ouvrage s’adresse principalement aux étudiants, techniciens et professionnels de la maintenance, et constitue un guide complet pour comprendre, installer, réparer et prolonger la durée de vie des moteurs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