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Réussir ses plans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Renaud,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VIII-149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Construire sa maison(N°:None)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2212110960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construction en béton armé/ plan-peid/ </w:t>
            </w:r>
          </w:p>
        </w:tc>
      </w:tr>
    </w:tbl>
    <w:p>
      <w:pPr>
        <w:pStyle w:val="Heading3"/>
      </w:pPr>
      <w:r>
        <w:t>Résumé :</w:t>
      </w:r>
    </w:p>
    <w:p>
      <w:r>
        <w:t>La collection "Construire sa maison" s'adresse à toute personne souhaitant s'initier ou se perfectionner aux techniques de construction d'une maison individuelle.</w:t>
        <w:br/>
        <w:br/>
        <w:t>Véritables manuels de construction, ces livres vous guideront dans la conception et le suivi de tous vos travaux de gros oeuvre et de second oeuvre.</w:t>
        <w:br/>
        <w:br/>
        <w:br/>
        <w:br/>
        <w:t>Des avant-projets de construction</w:t>
        <w:br/>
        <w:br/>
        <w:t>Comment choisir un terrain de construction, concevoir l'agencement et les plans de sa maison en vue d'obtenir un permis de construire ?</w:t>
        <w:br/>
        <w:br/>
        <w:t>En s'appuyant sur le savoir-faire des constructeurs et des maîtres d'oeuvre, l'ouvrage précise :</w:t>
        <w:br/>
        <w:br/>
        <w:br/>
        <w:br/>
        <w:t>toutes les étapes d'un avant-projet,</w:t>
        <w:br/>
        <w:br/>
        <w:t>la conception et la distribution des pièces suivant les souhaits des futurs occupants,</w:t>
        <w:br/>
        <w:br/>
        <w:t>la conception technique : la structure porteuse et les performances des produits pour les murs, l'isolation, les menuiseries et les vitrages en accord avec le budget prévu,</w:t>
        <w:br/>
        <w:br/>
        <w:t>les documents administratifs et graphiques nécessaires à l'obtention du permis de construire.</w:t>
        <w:br/>
        <w:br/>
        <w:t>Des plans d'entreprise et des études de projet</w:t>
        <w:br/>
        <w:br/>
        <w:t>Ils permettent de définir progressivement les locaux, les formes et les volumes des toitures, le choix des composants, les procédés de construction et les techniques de réalisation.</w:t>
        <w:br/>
        <w:br/>
        <w:t>Toutes les solutions techniques sont illustrées par des figures et des détails de réalisation conformes à la pratique des chantiers : des fondations jusqu'au toit en passant par les doublages isolants, les menuiseries et les finitions.</w:t>
        <w:br/>
        <w:br/>
        <w:br/>
        <w:br/>
        <w:t>La lecture de cet ouvrage vous aidera :</w:t>
        <w:br/>
        <w:br/>
        <w:t>à réaliser un projet en harmonie avec votre mode de vie familial,</w:t>
        <w:br/>
        <w:br/>
        <w:t>à participer à l'élaboration du projet conjointement avec le maître d'oeuvre ou l'entreprise du futur chantier,</w:t>
        <w:br/>
        <w:br/>
        <w:t>à mettre l'accent sur les points clés de la construction pour trouver des techniques adaptées.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