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 circuit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Narmadha, T.V./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electric circuit/ electric motors/ </w:t>
            </w:r>
          </w:p>
        </w:tc>
      </w:tr>
    </w:tbl>
    <w:p>
      <w:pPr>
        <w:pStyle w:val="Heading3"/>
      </w:pPr>
      <w:r>
        <w:t>Résumé :</w:t>
      </w:r>
    </w:p>
    <w:p>
      <w:r>
        <w:t>This book Electric Circuit Analysis has been written basically for the B. E. students of all the Universities of Tamilnadu viz., Anna University, Barathiar, Bharathidasan, Maduri Kamaraj and Manonmaniam Sundarauar Universities and various other Universities all over India. Self explanatory text in simple and lucid English. Simplified and illustrated problems. Contains university Questions with Solutions. About The Author: Assistant Profesor T. V. Narmadha obtained her Bachelor of Engineering Degree in Electronics and Communication and in Electrical Engineering from "The Institute of Engineers (India)", Kolkata and Masters Degree in Control and Instrumentation from College of Engineering Guindy, Anna University. She has been the faculty of Electronics and Instrumentation for the past five years in St. joseph's College of Engg., Chennai. She is also an Associate Member of "The Institute of Engineers". She has also provided guidance to students of B. E. for their Projects. Table Of Contents: Unit I??? : Introduction Unit II?? : Transient Analysis of First and Second Order Circuits Unit III ? : Sinusoidal Steady and Analysis Unit IV? : Multi Dimensional Circuit Analysis and Network Theorems Unit V?? : Coupled Circuits and Three-Phase Circuits Subjects: Electrical,Engineering and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