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Microbiologie pratique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Larpent, Jean-Paul/ Larpent-Gourgaud, Monique/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204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Collection Méthodes(N°:None)</w:t>
            </w:r>
          </w:p>
        </w:tc>
      </w:tr>
      <w:tr>
        <w:trPr>
          <w:trHeight w:val="567"/>
        </w:trPr>
        <w:tc>
          <w:tcPr>
            <w:tcW w:type="dxa" w:w="3000"/>
          </w:tcPr>
          <w:p>
            <w:r>
              <w:t>Notes Générales</w:t>
            </w:r>
          </w:p>
        </w:tc>
        <w:tc>
          <w:tcPr>
            <w:tcW w:type="dxa" w:w="7000"/>
          </w:tcPr>
          <w:p>
            <w:r>
              <w:t>Bibliogr. p.p. 195-197. Index p.p. 198-204</w:t>
            </w:r>
          </w:p>
        </w:tc>
      </w:tr>
      <w:tr>
        <w:trPr>
          <w:trHeight w:val="567"/>
        </w:trPr>
        <w:tc>
          <w:tcPr>
            <w:tcW w:type="dxa" w:w="3000"/>
          </w:tcPr>
          <w:p>
            <w:r>
              <w:t>Thème</w:t>
            </w:r>
          </w:p>
        </w:tc>
        <w:tc>
          <w:tcPr>
            <w:tcW w:type="dxa" w:w="7000"/>
          </w:tcPr>
          <w:p>
            <w:r>
              <w:t>Bactériologie et microbiologie médicale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milieux de culture/ sécurité en laboratoire/ </w:t>
            </w:r>
          </w:p>
        </w:tc>
      </w:tr>
    </w:tbl>
    <w:p>
      <w:pPr>
        <w:pStyle w:val="Heading3"/>
      </w:pPr>
      <w:r>
        <w:t>Résumé :</w:t>
      </w:r>
    </w:p>
    <w:p>
      <w:r>
        <w:t>Cet ouvrage est un livre de référence qui se concentre sur les techniques et méthodes utilisées dans le domaine de la microbiologie. Publié en 1970, ce livre est conçu pour les étudiants et les professionnels travaillant dans les laboratoires de microbiologie.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