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Dercourt, Jean/ Paquet,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2100043706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 manuel en deux couleurs propose un panorama complet de la géologie, depuis l'atome jusqu'a la géologie appliquée.Cette 10e édition tient compte des acquis les plus récents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