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Ouvrages de soutènement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Reimbert, Marcel/ Reimbert, André/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mécanique des sols appliquée(N°:None)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 sol/ ouvrages de soutènement/ </w:t>
            </w:r>
          </w:p>
        </w:tc>
      </w:tr>
    </w:tbl>
    <w:p>
      <w:pPr>
        <w:pStyle w:val="Heading3"/>
      </w:pPr>
      <w:r>
        <w:t>Résumé :</w:t>
      </w:r>
    </w:p>
    <w:p>
      <w:r>
        <w:t>Cet ouvrage est une référence classique de mécanique des sols et de géotechnique appliquée consacrée aux ouvrages de soutènement. il traite de manière approfondie le comportement des terres et des structures de soutènement, ainsi que les méthodes de calcul et de dimensionnement des différents types d’ouvrages destinés à retenir les sols. l’objectif principal est de fournir aux ingénieurs et étudiants : une compréhension rigoureuse des pressions des terres, des méthodes de calcul fiables pour la stabilité et le dimensionnement, une approche réaliste sol–structure, intégrant le comportement du sol et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