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tissus de soutien.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Histologie et histophysiologie humaines(N°:None)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2711407063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golgi/ cellule cible/ immunoblaste/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parties suivantes: Le tissu conjonctif-le tissu cartilagineux- le tissu osseux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