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traitements de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Cardot,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2-7298-5981-0</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épuration/ traitement de l’eau/ </w:t>
            </w:r>
          </w:p>
        </w:tc>
      </w:tr>
    </w:tbl>
    <w:p>
      <w:pPr>
        <w:pStyle w:val="Heading3"/>
      </w:pPr>
      <w:r>
        <w:t>Résumé :</w:t>
      </w:r>
    </w:p>
    <w:p>
      <w:r>
        <w:t>L’ouvrage présente de manière claire les principaux procédés de traitement de l’eau, en combinant les approches physico-chimiques (coagulation, décantation, filtration) et biologiques (boues activées). Il aborde également les techniques modernes comme les procédés membranaires, avec une visée pédagogique destinée aux étudiants et aux professionnels du domaine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