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Composants en béton précontraint par armature adhérente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Société anonyme de recherche et d'études techniques (Le Pontet, Vaucluse). Centre de recherche et d'expérimentation/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XVIII-330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 mémoire(N°:None)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2040106960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précontraint/ armature adhérente/ </w:t>
            </w:r>
          </w:p>
        </w:tc>
      </w:tr>
    </w:tbl>
    <w:p>
      <w:pPr>
        <w:pStyle w:val="Heading3"/>
      </w:pPr>
      <w:r>
        <w:t>Résumé :</w:t>
      </w:r>
    </w:p>
    <w:p>
      <w:r>
        <w:t>Ce livre traite des techniques de conception, des propriétés et de l’application des composants en béton précontraint avec armature adhérente. Il est souvent utilisé comme référence technique pour :</w:t>
        <w:br/>
        <w:br/>
        <w:t>Comprendre les principes du béton précontraint (comment on introduit la précontrainte pour améliorer les performances structurelles),</w:t>
        <w:br/>
        <w:br/>
        <w:t>Analyser les méthodes de renforcement avec armatures adhérentes,</w:t>
        <w:br/>
        <w:br/>
        <w:t>Étudier des cas pratiques de génie civil, notamment dans la construction de ponts, d’immeubles, d’éléments préfabriqués,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