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planète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Mamecier, Annie/ Beaux, Jean-François/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Repères pratiques Nathan(N°:None)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2091824674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terre/ géologie/ </w:t>
            </w:r>
          </w:p>
        </w:tc>
      </w:tr>
    </w:tbl>
    <w:p>
      <w:pPr>
        <w:pStyle w:val="Heading3"/>
      </w:pPr>
      <w:r>
        <w:t>Résumé :</w:t>
      </w:r>
    </w:p>
    <w:p>
      <w:r>
        <w:t>La planète Terre présente la structure, le fonctionnement et l’évolution de la Terre, en mettant en évidence les interactions entre les enveloppes terrestres et leur rôle dans l’apparition et le maintien de la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