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Montagner,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cours de l'école chez sol(N°:None)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raction/ cisaillement / poutre isostatique/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pédagogique destiné aux étudiants en génie civil et mécanique, ainsi qu’aux techniciens, qui souhaitent acquérir une compréhension pratique et appliquée de la résistance des matériaux (RDM).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