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constructions. T1, flambage, méthode de cross, treillis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Geminard, Lucien/ Ciet,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I.U.T. Génie Civil(N°:None)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flambage/ méthode de Cross,/ treillis/ </w:t>
            </w:r>
          </w:p>
        </w:tc>
      </w:tr>
    </w:tbl>
    <w:p>
      <w:pPr>
        <w:pStyle w:val="Heading3"/>
      </w:pPr>
      <w:r>
        <w:t>Résumé :</w:t>
      </w:r>
    </w:p>
    <w:p>
      <w:r>
        <w:t>un ouvrage fondamental de l'ingénierie des structures publié par Dunod en 1971, se concentrant sur le Flambage, la méthode de Cross et l'analyse des Treillis, essentiel pour comprendre le comportement des structures sous charge, disponible en plusieurs éditions et souvent vendu en occasion.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