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Alimentations à découpage :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Michel/ Angelis, Hugues/ Girard, Magali/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 relative/ sécurité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principes théoriques des alimentations à découpage, leurs différentes topologies, le dimensionnement des composants, et propose des exercices corrigés permettant de consolider la compréhension et la mise en pratique des concepts étudiés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