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Ponts haubanés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Walther, René/ Houriet, Bernard/ Isler, Walmar/ Moia, Pierre/ </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202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2880740916</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pont haubané/ conception de pont/ </w:t>
            </w:r>
          </w:p>
        </w:tc>
      </w:tr>
    </w:tbl>
    <w:p>
      <w:pPr>
        <w:pStyle w:val="Heading3"/>
      </w:pPr>
      <w:r>
        <w:t>Résumé :</w:t>
      </w:r>
    </w:p>
    <w:p>
      <w:r>
        <w:t>L'accès et la compréhension du livre sont grandement facilités par les nombreux exemples qu'il présente et qui traitent de tous les problèmes, de la conception et du calcul au montage. aussi bien les caractéristiques générales que les détails de construction sont présentés de façon fort claire. une bibliographie abondante permettra à l'ingénieur de compléter ses connaissances dans nombre d'aspects particuliers des ponts haubanés" ingénieurs et architectes suisses.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