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Fondements théoriques de la radiotechnique statistique.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Levin, Boris Rouvimovitch/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299-309 Index p.p. 313-324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fondement théorique/ radiotechnique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Fondements théoriques de la radiotechnique statistique. T3 présente les bases mathématiques et probabilistes nécessaires à l’analyse des signaux radio aléatoires, en mettant l’accent sur les processus stochastiques, le bruit, la détection et l’estimation dans les systèmes de radiocommunication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