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: principe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Lawrence, O.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0070828261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domaine de l'électrique/ onde et récepteur/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concepts fondamentaux de l’électronique, des composants de base aux circuits complexes, en illustrant leur fonctionnement et leurs applications pratiques dans les systèmes modernes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