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du signal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2e éd. revue et augmentée</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9782746216457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séquence analytique/ fonction de transfert/ </w:t>
            </w:r>
          </w:p>
        </w:tc>
      </w:tr>
    </w:tbl>
    <w:p>
      <w:pPr>
        <w:pStyle w:val="Heading3"/>
      </w:pPr>
      <w:r>
        <w:t>Résumé :</w:t>
      </w:r>
    </w:p>
    <w:p>
      <w:r>
        <w:t>Le livre présente les concepts fondamentaux du traitement du signal et leur implémentation pratique sous MATLAB, en couvrant l’analyse, la transformation, la filtration et la visualisation des signaux pour des applications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