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humaine.T1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Stahl, André/ Cotte,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zygote/ morula/ tube neural/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études les trois titre suivants: Le placenta- membranes et annexes fœtales- la Gémellité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