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: rappels théoriques et applications. T2, les Circuits composés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Kaufman, Milton/ Wilson, J.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270421056x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composé/ systéme binaires / </w:t>
            </w:r>
          </w:p>
        </w:tc>
      </w:tr>
    </w:tbl>
    <w:p>
      <w:pPr>
        <w:pStyle w:val="Heading3"/>
      </w:pPr>
      <w:r>
        <w:t>Résumé :</w:t>
      </w:r>
    </w:p>
    <w:p>
      <w:r>
        <w:t>Le tome 2  électronique : rappels théoriques et applications  présente les concepts fondamentaux des circuits composés, en expliquant leur fonctionnement, leur analyse théorique et leurs applications pratiques dans divers systèmes électroniques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