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Médecine et biologie de la reproduction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Hamamah, Samir/ Saliba, Elie/ Benahmed, Mohamed/ Gold,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229401037X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 humaine/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pose la problématique des maladies de l'empreinte parentale dues à l'AMP. Ce livre, avant tout didactique et pédagogique, s'adresse aux gynécologues, endocrinologues, pédiatres, ainsi qu'aux spécialistes de la médecine et de la biologie de la reproduction.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