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Physiologie, pharmacologie, thérapeutique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Ruckebusch,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XII-611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545-555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pharmacologie vétérinaire/ synapse/ clairance/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expérimentation animale-physiologie-pharmacologie.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