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Métrés et estimations prévisionnelles de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Pascal, Hubert/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Topographie/ </w:t>
            </w:r>
          </w:p>
        </w:tc>
      </w:tr>
      <w:tr>
        <w:trPr>
          <w:trHeight w:val="567"/>
        </w:trPr>
        <w:tc>
          <w:tcPr>
            <w:tcW w:type="dxa" w:w="3000"/>
          </w:tcPr>
          <w:p>
            <w:r>
              <w:t>Sujet(s)</w:t>
            </w:r>
          </w:p>
        </w:tc>
        <w:tc>
          <w:tcPr>
            <w:tcW w:type="dxa" w:w="7000"/>
          </w:tcPr>
          <w:p>
            <w:r>
              <w:t xml:space="preserve">travaux public/ estimation prévisionnelle/ topographie/ </w:t>
            </w:r>
          </w:p>
        </w:tc>
      </w:tr>
    </w:tbl>
    <w:p>
      <w:pPr>
        <w:pStyle w:val="Heading3"/>
      </w:pPr>
      <w:r>
        <w:t>Résumé :</w:t>
      </w:r>
    </w:p>
    <w:p>
      <w:r>
        <w:t>Cet ouvrage est un manuel pratique qui explique les méthodes et techniques utilisées pour mesurer les quantités de travaux dans les projets de travaux publics et prévoir leur coût avant exécution.  le livre a pour objectif de transmettre les compétences essentielles pour  quantifier précisément les éléments d’un projet de travaux publics (terrassements, infrastructures, réseaux, ouvrages, etc.), établir des estimations prévisionnelles des coûts à partir de ces métrés, afin d’anticiper le budget nécessaire avant le lancement des travaux, mettre en pratique des méthodes standardisées, adoptées dans le secteur public et privé, pour assurer des estimations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