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 la construction métallique 100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Mimoune, Fatima Zohra/ Mimoune, Mostefa/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9789961014943</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métallique/ construction/ exercices corrigés/ </w:t>
            </w:r>
          </w:p>
        </w:tc>
      </w:tr>
    </w:tbl>
    <w:p>
      <w:pPr>
        <w:pStyle w:val="Heading3"/>
      </w:pPr>
      <w:r>
        <w:t>Résumé :</w:t>
      </w:r>
    </w:p>
    <w:p>
      <w:r>
        <w:t>Le livre "Pratique de la construction métallique : 100 exercices corrigés" de Fatima Zohra Mimoune est un ouvrage destiné aux étudiants en génie civil, en architecture et en construction métallique ainsi qu'aux professionnels du secteur.</w:t>
        <w:br/>
        <w:br/>
        <w:t>Ce livre présente une série de 100 exercices pratiques couvrant différents aspects de la construction métallique, tels que la conception, la modélisation, la fabrication, l'assemblage et l'analyse de structures métalliques. Chaque exercice est accompagné d'une solution détaillée pour aider les lecteurs à comprendre les concepts et les techniques de la construction métallique.</w:t>
        <w:br/>
        <w:br/>
        <w:t>Le livre "Pratique de la construction métallique : 100 exercices corrigés" de Fatima Zohra Mimoune est conçu pour être un outil d'apprentissage pratique et interactif qui permet aux étudiants et aux professionnels d'acquérir des compétences et des connaissances essentielles en construction métallique. Il est également utile pour les enseignants et les formateurs qui souhaitent fournir des exercices pratiques et des solutions à leurs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