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 et structures. T1, milieux continus solides plaques et coques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Laroze, Serge/ </w:t>
            </w:r>
          </w:p>
        </w:tc>
      </w:tr>
      <w:tr>
        <w:trPr>
          <w:trHeight w:val="567"/>
        </w:trPr>
        <w:tc>
          <w:tcPr>
            <w:tcW w:type="dxa" w:w="3000"/>
          </w:tcPr>
          <w:p>
            <w:r>
              <w:t>Edition</w:t>
            </w:r>
          </w:p>
        </w:tc>
        <w:tc>
          <w:tcPr>
            <w:tcW w:type="dxa" w:w="7000"/>
          </w:tcPr>
          <w:p>
            <w:r>
              <w:t>3éd.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222565770x</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Contraintes et déformations/ Plaques et coques/ </w:t>
            </w:r>
          </w:p>
        </w:tc>
      </w:tr>
    </w:tbl>
    <w:p>
      <w:pPr>
        <w:pStyle w:val="Heading3"/>
      </w:pPr>
      <w:r>
        <w:t>Résumé :</w:t>
      </w:r>
    </w:p>
    <w:p>
      <w:r>
        <w:t>Cet ouvrage de Serge Laroze est un manuel d’ingénierie consacré à la résistance des matériaux et aux structures Il couvre les concepts fondamentaux de la mécanique des milieux continus, en mettant l’accent sur la réponse des matériaux solides (comme les plaques et les coques) sous différentes sollicitations. Le livre introduit les notions de contraintes et de déformations, les propriétés mécaniques des matériaux, et les équations qui régissent l’équilibre statique et dynamique.</w:t>
        <w:br/>
        <w:br/>
        <w:t>À partir de principes physiques, il analyse la répartition des efforts internes dans des solides soumis à des charges extérieures, puis développe des modèles mathématiques pour décrire les phénomènes dans les plaques planes et les coques minces. Une attention particulière est portée aux aspects pratiques et aux applications en génie civil et mécanique. Des exemples, des schémas et des résolutions détaillées d’exercices techniques aident le lecteur à comprendre et appliquer les méthodes d’analyse structurelle. Ce livre est destiné aux étudiants en génie mécanique, génie civil, et aux ingénieurs souhaitant approfondir leurs connaissances en résistance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