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Datas,J.-M./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charge roulante/ torsion/ flambement/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principalement aux ingénieurs, techniciens, des bureaux d'études en conception mécanique et charpente métallique ainsi qu'aux étudiants des écoles d'ingénieurs, classes préparatoires, IUT et BTS. Il permet à l'homme de terrain ou à l'étudiant, de dimensionner ou de contrôler un ensemble sans nécessiter la mise en uvre de moyens de calcul importants, et d'extraire des renseignements ou résultats ponctuels sans avoir à traiter la totalité du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