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Montages à transistors amplificateurs opérationnels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Ouahabi, Abdeldjalil/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connaissance du monde/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à transistor/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Le livre  Montages à transistors, amplificateurs opérationnels, problèmes corrigés d'électronique avec rappels de cours  propose un guide pratique pour comprendre et maîtriser les montages électroniques à transistors et amplificateurs opérationnels, en combinant rappels théoriques et exercices corrigés pour renforcer l’apprentissage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