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Classé par cours 1985-2004 concours internat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Melbouci, Candidat/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Melbouci/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9789947006825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cardiologie/ concours Internat/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constitué à partir des annales parus aux differents examens officiels et examens blancs des concours d'internat depuis 1985 jusqu'a 2004.</w:t>
        <w:br/>
        <w:br/>
        <w:t>Classés par épreuves de QCM cas cliniques QCM et coorrigés puis commentés.</w:t>
        <w:br/>
        <w:br/>
        <w:t>Ce travail est destiné aux étudiants des differentes spécialités de medecine et aux candidats aux concours d'internat residanat,il constitue un outil indispensable à la préparation de ces évaluations tout au long de leurs cursus,constituant ainsi le compagnon le plus fidele de l'étudiant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