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électroniques de communication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Sapountsov, Youri/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de Publication Universitaire/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997394898x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électronique/ circuit de collecteur/ </w:t>
            </w:r>
          </w:p>
        </w:tc>
      </w:tr>
    </w:tbl>
    <w:p>
      <w:pPr>
        <w:pStyle w:val="Heading3"/>
      </w:pPr>
      <w:r>
        <w:t>Résumé :</w:t>
      </w:r>
    </w:p>
    <w:p>
      <w:r>
        <w:t>Circuits électroniques de communication : exercices et questions est un ouvrage pédagogique qui permet d’approfondir la compréhension et la maîtrise des circuits utilisés en télécommunications à travers des exercices variés et des questions ciblées, reliant la théorie à la pratique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